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rFonts w:ascii="Arial" w:hAnsi="Arial"/>
          <w:b/>
          <w:color w:val="D6336C"/>
          <w:sz w:val="60"/>
        </w:rPr>
        <w:t>Projet M.A.M.A.</w:t>
      </w:r>
    </w:p>
    <w:p>
      <w:pPr>
        <w:jc w:val="center"/>
      </w:pPr>
      <w:r>
        <w:rPr>
          <w:i/>
          <w:color w:val="5D3FD3"/>
          <w:sz w:val="36"/>
        </w:rPr>
        <w:t>Mon Affiche Multicolore Affectueuse</w:t>
      </w:r>
    </w:p>
    <w:p>
      <w:r>
        <w:drawing>
          <wp:inline xmlns:a="http://schemas.openxmlformats.org/drawingml/2006/main" xmlns:pic="http://schemas.openxmlformats.org/drawingml/2006/picture">
            <wp:extent cx="5943600" cy="3962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clean_colorful_infographic_poster_style_image_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Comic Sans MS" w:hAnsi="Comic Sans MS"/>
          <w:sz w:val="32"/>
        </w:rPr>
        <w:t>Aujourd’hui, tu deviendras un créateur numérique!</w:t>
        <w:br/>
        <w:t>Tu utiliseras des couleurs, des images et des styles pour créer un cadeau spécial pour ta maman.</w:t>
      </w:r>
    </w:p>
    <w:p>
      <w:pPr>
        <w:pStyle w:val="Heading1"/>
      </w:pPr>
      <w:r>
        <w:t>Ta mission</w:t>
      </w:r>
    </w:p>
    <w:p>
      <w:pPr>
        <w:pStyle w:val="ListBullet"/>
      </w:pPr>
      <w:r>
        <w:rPr>
          <w:rFonts w:ascii="Comic Sans MS" w:hAnsi="Comic Sans MS"/>
          <w:sz w:val="30"/>
        </w:rPr>
        <w:t>Créer un beau titre coloré</w:t>
      </w:r>
    </w:p>
    <w:p>
      <w:pPr>
        <w:pStyle w:val="ListBullet"/>
      </w:pPr>
      <w:r>
        <w:rPr>
          <w:rFonts w:ascii="Comic Sans MS" w:hAnsi="Comic Sans MS"/>
          <w:sz w:val="30"/>
        </w:rPr>
        <w:t>Écrire un message pour maman</w:t>
      </w:r>
    </w:p>
    <w:p>
      <w:pPr>
        <w:pStyle w:val="ListBullet"/>
      </w:pPr>
      <w:r>
        <w:rPr>
          <w:rFonts w:ascii="Comic Sans MS" w:hAnsi="Comic Sans MS"/>
          <w:sz w:val="30"/>
        </w:rPr>
        <w:t>Ajouter au moins une image</w:t>
      </w:r>
    </w:p>
    <w:p>
      <w:pPr>
        <w:pStyle w:val="ListBullet"/>
      </w:pPr>
      <w:r>
        <w:rPr>
          <w:rFonts w:ascii="Comic Sans MS" w:hAnsi="Comic Sans MS"/>
          <w:sz w:val="30"/>
        </w:rPr>
        <w:t>Utiliser plusieurs couleurs</w:t>
      </w:r>
    </w:p>
    <w:p>
      <w:pPr>
        <w:pStyle w:val="ListBullet"/>
      </w:pPr>
      <w:r>
        <w:rPr>
          <w:rFonts w:ascii="Comic Sans MS" w:hAnsi="Comic Sans MS"/>
          <w:sz w:val="30"/>
        </w:rPr>
        <w:t>Choisir une belle police</w:t>
      </w:r>
    </w:p>
    <w:p>
      <w:pPr>
        <w:pStyle w:val="ListBullet"/>
      </w:pPr>
      <w:r>
        <w:rPr>
          <w:rFonts w:ascii="Comic Sans MS" w:hAnsi="Comic Sans MS"/>
          <w:sz w:val="30"/>
        </w:rPr>
        <w:t>Signer ton prénom</w:t>
      </w:r>
    </w:p>
    <w:p>
      <w:r>
        <w:br w:type="page"/>
      </w:r>
    </w:p>
    <w:p>
      <w:pPr>
        <w:jc w:val="center"/>
      </w:pPr>
      <w:r>
        <w:rPr>
          <w:b/>
          <w:color w:val="008080"/>
          <w:sz w:val="48"/>
        </w:rPr>
        <w:t>Comment faire?</w:t>
      </w:r>
    </w:p>
    <w:p>
      <w:pPr>
        <w:jc w:val="left"/>
      </w:pPr>
      <w:r>
        <w:rPr>
          <w:b/>
          <w:color w:val="FF69B4"/>
          <w:sz w:val="36"/>
        </w:rPr>
        <w:t>1. Crée un titre</w:t>
        <w:br/>
      </w:r>
      <w:r>
        <w:rPr>
          <w:rFonts w:ascii="Comic Sans MS" w:hAnsi="Comic Sans MS"/>
          <w:sz w:val="28"/>
        </w:rPr>
        <w:t>Bonne fête maman!</w:t>
      </w:r>
    </w:p>
    <w:p>
      <w:r>
        <w:drawing>
          <wp:inline xmlns:a="http://schemas.openxmlformats.org/drawingml/2006/main" xmlns:pic="http://schemas.openxmlformats.org/drawingml/2006/picture">
            <wp:extent cx="1188720" cy="118872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con_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b/>
          <w:color w:val="FFA500"/>
          <w:sz w:val="36"/>
        </w:rPr>
        <w:t>2. Change les couleurs</w:t>
        <w:br/>
      </w:r>
      <w:r>
        <w:rPr>
          <w:rFonts w:ascii="Comic Sans MS" w:hAnsi="Comic Sans MS"/>
          <w:sz w:val="28"/>
        </w:rPr>
        <w:t>Essaie des couleurs douces et joyeuses.</w:t>
      </w:r>
    </w:p>
    <w:p>
      <w:r>
        <w:drawing>
          <wp:inline xmlns:a="http://schemas.openxmlformats.org/drawingml/2006/main" xmlns:pic="http://schemas.openxmlformats.org/drawingml/2006/picture">
            <wp:extent cx="1188720" cy="11887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con_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b/>
          <w:color w:val="40E0D0"/>
          <w:sz w:val="36"/>
        </w:rPr>
        <w:t>3. Ajoute une image</w:t>
        <w:br/>
      </w:r>
      <w:r>
        <w:rPr>
          <w:rFonts w:ascii="Comic Sans MS" w:hAnsi="Comic Sans MS"/>
          <w:sz w:val="28"/>
        </w:rPr>
        <w:t>Fleurs, cœurs, chats, chocolat, arc-en-ciel…</w:t>
      </w:r>
    </w:p>
    <w:p>
      <w:r>
        <w:drawing>
          <wp:inline xmlns:a="http://schemas.openxmlformats.org/drawingml/2006/main" xmlns:pic="http://schemas.openxmlformats.org/drawingml/2006/picture">
            <wp:extent cx="1188720" cy="118872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con_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b/>
          <w:color w:val="BA55D3"/>
          <w:sz w:val="36"/>
        </w:rPr>
        <w:t>4. Décore ton texte</w:t>
        <w:br/>
      </w:r>
      <w:r>
        <w:rPr>
          <w:rFonts w:ascii="Comic Sans MS" w:hAnsi="Comic Sans MS"/>
          <w:sz w:val="28"/>
        </w:rPr>
        <w:t>Gras, grosseur, police spéciale!</w:t>
      </w:r>
    </w:p>
    <w:p>
      <w:r>
        <w:drawing>
          <wp:inline xmlns:a="http://schemas.openxmlformats.org/drawingml/2006/main" xmlns:pic="http://schemas.openxmlformats.org/drawingml/2006/picture">
            <wp:extent cx="1188720" cy="118872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con_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D6336C"/>
          <w:sz w:val="36"/>
        </w:rPr>
        <w:br/>
        <w:t>💖 Amuse-toi et crée quelque chose dont tu seras fier! 💖</w:t>
      </w:r>
    </w:p>
    <w:sectPr w:rsidR="00FC693F" w:rsidRPr="0006063C" w:rsidSect="00034616">
      <w:pgSz w:w="12240" w:h="15840"/>
      <w:pgMar w:top="850" w:right="1020" w:bottom="850" w:left="10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